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897B"/>
        </w:rPr>
        <w:t>ORI Home — Aufnahmeskript für Seniorinnen, Senioren und ihre Familien</w:t>
      </w:r>
    </w:p>
    <w:p>
      <w:r>
        <w:rPr>
          <w:b/>
          <w:sz w:val="22"/>
        </w:rPr>
        <w:t>8 € Vergütung für ein vollständiges Paket · vorher bitte die Registrierung und Vereinbarung ausfüllen und unterschreiben.</w:t>
      </w:r>
    </w:p>
    <w:p>
      <w:pPr>
        <w:pStyle w:val="Heading1"/>
      </w:pPr>
      <w:r>
        <w:rPr>
          <w:color w:val="00897B"/>
        </w:rPr>
        <w:t>So nehmen Sie auf</w:t>
      </w:r>
    </w:p>
    <w:p>
      <w:pPr>
        <w:pStyle w:val="ListBullet"/>
      </w:pPr>
      <w:r>
        <w:t>Sprechen Sie in Ihrem natürlichen Tempo und Ihrer normalen Lautstärke — wie zu Hause. Mundart ist willkommen!</w:t>
      </w:r>
    </w:p>
    <w:p>
      <w:pPr>
        <w:pStyle w:val="ListBullet"/>
      </w:pPr>
      <w:r>
        <w:t>Clips 1–3 Sekunden, dazwischen 2 Sekunden Pause.</w:t>
      </w:r>
    </w:p>
    <w:p>
      <w:pPr>
        <w:pStyle w:val="ListBullet"/>
      </w:pPr>
      <w:r>
        <w:t>Jede Gruppe idealerweise in drei Situationen: (A) Handy nah (0,5 m), (B) quer durchs Zimmer (2–4 m, am Regal), (C) quer durchs Zimmer mit laufendem Fernseher. Zwei Situationen genügen.</w:t>
      </w:r>
    </w:p>
    <w:p>
      <w:pPr>
        <w:pStyle w:val="ListBullet"/>
      </w:pPr>
      <w:r>
        <w:t>Niemals Namen, Adressen oder Gesundheitsdaten aufnehmen. Am Anfang genügt: „Geschlecht: … Alter: … Sprache: Deutsch. Region: …“</w:t>
      </w:r>
    </w:p>
    <w:p>
      <w:pPr>
        <w:pStyle w:val="ListBullet"/>
      </w:pPr>
      <w:r>
        <w:t>Dateinamen: hilfe_seniorin_78_A_001.m4a (A/B/C = Situation).</w:t>
      </w:r>
    </w:p>
    <w:p>
      <w:pPr>
        <w:pStyle w:val="ListBullet"/>
      </w:pPr>
      <w:r>
        <w:t>Gern auch im Liegen oder vom Sessel aus, mit müder Stimme — so wird wirklich gesprochen.</w:t>
      </w:r>
    </w:p>
    <w:p>
      <w:pPr>
        <w:pStyle w:val="Heading1"/>
      </w:pPr>
      <w:r>
        <w:rPr>
          <w:color w:val="00897B"/>
        </w:rPr>
        <w:t>Vollständiges Paket = Voraussetzung für die 8 €</w:t>
      </w:r>
    </w:p>
    <w:p>
      <w:pPr>
        <w:pStyle w:val="ListBullet"/>
      </w:pPr>
      <w:r>
        <w:t>Gruppen 1–7: jede Phrase mindestens einmal, in mindestens 2 der 3 Situationen (A/B/C).</w:t>
      </w:r>
    </w:p>
    <w:p>
      <w:pPr>
        <w:pStyle w:val="ListBullet"/>
      </w:pPr>
      <w:r>
        <w:t>Gruppe 8: mindestens 15 beliebige Phrasen.</w:t>
      </w:r>
    </w:p>
    <w:p>
      <w:pPr>
        <w:pStyle w:val="ListBullet"/>
      </w:pPr>
      <w:r>
        <w:t>Gruppe 9: mindestens 3 Minuten Alltagssprache + mindestens 5 Minuten Haushaltsgeräusche.</w:t>
      </w:r>
    </w:p>
    <w:p>
      <w:pPr>
        <w:pStyle w:val="ListBullet"/>
      </w:pPr>
      <w:r>
        <w:t>Alle Clips = die Stimme einer Person. Registrierung und Versand kann die Familie übernehmen.</w:t>
      </w:r>
    </w:p>
    <w:p>
      <w:pPr>
        <w:pStyle w:val="Heading1"/>
      </w:pPr>
      <w:r>
        <w:rPr>
          <w:color w:val="00897B"/>
        </w:rPr>
        <w:t>Aufnahmeskript — zum Abhaken</w:t>
      </w:r>
    </w:p>
    <w:p>
      <w:r>
        <w:t>☐  Gruppe 1 — Ansprechen</w:t>
      </w:r>
    </w:p>
    <w:p>
      <w:r>
        <w:rPr>
          <w:b w:val="0"/>
          <w:sz w:val="20"/>
        </w:rPr>
        <w:t>Ori · He, Ori · Ori, bitte · Ori, hörst du?</w:t>
      </w:r>
    </w:p>
    <w:p>
      <w:r>
        <w:t>☐  Gruppe 2 — Hilfe (auch LEISE und auch laut)</w:t>
      </w:r>
    </w:p>
    <w:p>
      <w:r>
        <w:rPr>
          <w:b w:val="0"/>
          <w:sz w:val="20"/>
        </w:rPr>
        <w:t>Hilfe · HILFE · Hilf mir · Ich brauche Hilfe · Bitte Hilfe · Zu Hilfe · Hüfe</w:t>
      </w:r>
    </w:p>
    <w:p>
      <w:r>
        <w:t>☐  Gruppe 3 — Sturz</w:t>
      </w:r>
    </w:p>
    <w:p>
      <w:r>
        <w:rPr>
          <w:b w:val="0"/>
          <w:sz w:val="20"/>
        </w:rPr>
        <w:t>Ich bin gestürzt · Ich bin gefallen · Ich bin hingefallen · Ich liege am Boden · Ich komme nicht auf · Ich kann nicht aufstehen</w:t>
      </w:r>
    </w:p>
    <w:p>
      <w:r>
        <w:t>☐  Gruppe 4 — Unwohlsein</w:t>
      </w:r>
    </w:p>
    <w:p>
      <w:r>
        <w:rPr>
          <w:b w:val="0"/>
          <w:sz w:val="20"/>
        </w:rPr>
        <w:t>Mir ist schlecht · Mir ist schwindlig · Mir geht es nicht gut · Ich fühle mich nicht wohl · Mir ist übel</w:t>
      </w:r>
    </w:p>
    <w:p>
      <w:r>
        <w:t>☐  Gruppe 5 — Ja / Nein</w:t>
      </w:r>
    </w:p>
    <w:p>
      <w:r>
        <w:rPr>
          <w:b w:val="0"/>
          <w:sz w:val="20"/>
        </w:rPr>
        <w:t>ja · jo · passt · passt schon · freilich · genau · in Ordnung · gerne ‖ nein · na · lieber nicht · nein danke · brauch ich nicht</w:t>
      </w:r>
    </w:p>
    <w:p>
      <w:r>
        <w:t>☐  Gruppe 6 — Stopp</w:t>
      </w:r>
    </w:p>
    <w:p>
      <w:r>
        <w:rPr>
          <w:b w:val="0"/>
          <w:sz w:val="20"/>
        </w:rPr>
        <w:t>Stopp · Aufhören · Genug · Aus · Ruhe · Sei still</w:t>
      </w:r>
    </w:p>
    <w:p>
      <w:r>
        <w:t>☐  Gruppe 7 — Falscher Alarm (wichtigste Gruppe — viele Varianten!)</w:t>
      </w:r>
    </w:p>
    <w:p>
      <w:r>
        <w:rPr>
          <w:b w:val="0"/>
          <w:sz w:val="20"/>
        </w:rPr>
        <w:t>Falscher Alarm · Alles gut · Alles in Ordnung · Mir ist nichts · Es ist nichts passiert · Nicht melden · Abbrechen · Passt eh</w:t>
      </w:r>
    </w:p>
    <w:p>
      <w:r>
        <w:t>☐  Gruppe 8 — Bedienung und Alltag (mindestens 15 Phrasen)</w:t>
      </w:r>
    </w:p>
    <w:p>
      <w:r>
        <w:rPr>
          <w:b w:val="0"/>
          <w:sz w:val="20"/>
        </w:rPr>
        <w:t>Nachricht an die Familie · Sag meiner Tochter … · Sag meinem Sohn … · Radio · Musik · Radio einschalten · Radio aus · Wie spät ist es · Zeit, bitte · Wetter · Wie ist das Wetter · Wird es regnen · lauter · ich höre nichts · leiser · zu laut · Erinnerungen · Was steht heute an · Termine heute · erledigt · gemacht · fertig · Privat · Hör nicht zu · Mikrofon aus · Grüß Gott · Servus · Guten Morgen · Gute Nacht · danke · dankeschön</w:t>
      </w:r>
    </w:p>
    <w:p>
      <w:r>
        <w:t>☐  Gruppe 9 — Alltagssprache und Geräusche (darauf soll der Assistent NICHT reagieren)</w:t>
      </w:r>
    </w:p>
    <w:p>
      <w:r>
        <w:rPr>
          <w:b w:val="0"/>
          <w:sz w:val="20"/>
        </w:rPr>
        <w:t>3+ Min. normales Gespräch/Telefonat (ohne persönliche Daten) · „die Hilfe kommt heute“ · „ich bin gestern fast gefallen“ · 5+ Min. Geräusche: Fernseher · Radio · Küche · Staubsauger · Telefonklingeln · Ticken der Uhr</w:t>
      </w:r>
    </w:p>
    <w:p>
      <w:pPr>
        <w:pStyle w:val="Heading1"/>
      </w:pPr>
      <w:r>
        <w:rPr>
          <w:color w:val="00897B"/>
        </w:rPr>
        <w:t>Abgabe</w:t>
      </w:r>
    </w:p>
    <w:p>
      <w:pPr>
        <w:pStyle w:val="ListBullet"/>
      </w:pPr>
      <w:r>
        <w:t>Per E-Mail an nahravky@oribuddy.com (Betreff: „Stimmprogramm — Senioren“ + Name aus der Registrierung),</w:t>
      </w:r>
    </w:p>
    <w:p>
      <w:pPr>
        <w:pStyle w:val="ListBullet"/>
      </w:pPr>
      <w:r>
        <w:t>oder über wetransfer.com — Empfänger nahravky@oribuddy.com, im Nachrichtenfeld den Namen aus der Registrierung angeben.</w:t>
      </w:r>
    </w:p>
    <w:p>
      <w:pPr>
        <w:pStyle w:val="ListBullet"/>
      </w:pPr>
      <w:r>
        <w:t>Innerhalb von 14 Tagen prüfen wir die Vollständigkeit; danach überweisen wir 8 € auf das registrierte Konto.</w:t>
      </w:r>
    </w:p>
    <w:p/>
    <w:p>
      <w:r>
        <w:rPr>
          <w:b w:val="0"/>
          <w:sz w:val="18"/>
        </w:rPr>
        <w:t>ORI Buddy · S.P.M. e.U. · nahravky@oribuddy.com · wiki.oribuddy.com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