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B00020"/>
          <w:sz w:val="18"/>
        </w:rPr>
        <w:t>ENTWURF — vor dem Einsatz durch Anwalt freizugeben. Version 0.1 · 16. 7. 2026</w:t>
      </w:r>
    </w:p>
    <w:p>
      <w:pPr>
        <w:pStyle w:val="Title"/>
      </w:pPr>
      <w:r>
        <w:rPr>
          <w:color w:val="00897B"/>
        </w:rPr>
        <w:t>ORI Stimmprogramm — Registrierung und Vereinbarung</w:t>
      </w:r>
    </w:p>
    <w:p>
      <w:r>
        <w:rPr>
          <w:b/>
          <w:sz w:val="22"/>
        </w:rPr>
        <w:t>8 € Vergütung für ein vollständiges Stimmpaket für die Trainingszwecke der Software ORI Kids und ORI Home/Senior.</w:t>
      </w:r>
    </w:p>
    <w:p>
      <w:pPr>
        <w:pStyle w:val="Heading1"/>
      </w:pPr>
      <w:r>
        <w:rPr>
          <w:color w:val="00897B"/>
        </w:rPr>
        <w:t>1. Registrierende Person (erwachsen)</w:t>
      </w:r>
    </w:p>
    <w:p>
      <w:r>
        <w:rPr>
          <w:b/>
        </w:rPr>
        <w:t xml:space="preserve">Vor- und Nachname: </w:t>
      </w:r>
      <w:r>
        <w:t>____________________________________________________________</w:t>
      </w:r>
    </w:p>
    <w:p>
      <w:r>
        <w:rPr>
          <w:b/>
        </w:rPr>
        <w:t xml:space="preserve">E-Mail: </w:t>
      </w:r>
      <w:r>
        <w:t>____________________________________________________________</w:t>
      </w:r>
    </w:p>
    <w:p>
      <w:r>
        <w:rPr>
          <w:b/>
        </w:rPr>
        <w:t xml:space="preserve">Telefon (optional): </w:t>
      </w:r>
      <w:r>
        <w:t>____________________________________________________________</w:t>
      </w:r>
    </w:p>
    <w:p>
      <w:r>
        <w:rPr>
          <w:b/>
        </w:rPr>
        <w:t xml:space="preserve">IBAN (für die Auszahlung der 8 €): </w:t>
      </w:r>
      <w:r>
        <w:t>____________________________________________________________</w:t>
      </w:r>
    </w:p>
    <w:p>
      <w:pPr>
        <w:pStyle w:val="Heading1"/>
      </w:pPr>
      <w:r>
        <w:rPr>
          <w:color w:val="00897B"/>
        </w:rPr>
        <w:t>2. Sprechende Person</w:t>
      </w:r>
    </w:p>
    <w:p>
      <w:r>
        <w:rPr>
          <w:b w:val="0"/>
          <w:sz w:val="22"/>
        </w:rPr>
        <w:t>Bei mehreren sprechenden Personen (max. 4 pro Haushalt) bitte je ein Formular ausfüllen.</w:t>
      </w:r>
    </w:p>
    <w:p>
      <w:r>
        <w:rPr>
          <w:b/>
        </w:rPr>
        <w:t xml:space="preserve">Beziehung zur registrierenden Person (ich selbst / Kind / Elternteil / andere): </w:t>
      </w:r>
      <w:r>
        <w:t>____________________________________________________________</w:t>
      </w:r>
    </w:p>
    <w:p>
      <w:r>
        <w:rPr>
          <w:b/>
        </w:rPr>
        <w:t xml:space="preserve">Geschlecht: </w:t>
      </w:r>
      <w:r>
        <w:t>____________________________________________________________</w:t>
      </w:r>
    </w:p>
    <w:p>
      <w:r>
        <w:rPr>
          <w:b/>
        </w:rPr>
        <w:t xml:space="preserve">Alter: </w:t>
      </w:r>
      <w:r>
        <w:t>____________________________________________________________</w:t>
      </w:r>
    </w:p>
    <w:p>
      <w:r>
        <w:rPr>
          <w:b/>
        </w:rPr>
        <w:t xml:space="preserve">Sprache der Aufnahmen (Deutsch / Slowakisch): </w:t>
      </w:r>
      <w:r>
        <w:t>____________________________________________________________</w:t>
      </w:r>
    </w:p>
    <w:p>
      <w:r>
        <w:rPr>
          <w:b/>
        </w:rPr>
        <w:t xml:space="preserve">Region (Bundesland): </w:t>
      </w:r>
      <w:r>
        <w:t>____________________________________________________________</w:t>
      </w:r>
    </w:p>
    <w:p>
      <w:r>
        <w:rPr>
          <w:b/>
        </w:rPr>
        <w:t xml:space="preserve">Paket:  </w:t>
      </w:r>
      <w:r>
        <w:t>☐ Kinder (ORI Kids)      ☐ Senioren (ORI Home/Senior)</w:t>
      </w:r>
    </w:p>
    <w:p>
      <w:pPr>
        <w:pStyle w:val="Heading1"/>
      </w:pPr>
      <w:r>
        <w:rPr>
          <w:color w:val="00897B"/>
        </w:rPr>
        <w:t>3. Vereinbarung über die Abgabe des Stimmpakets</w:t>
      </w:r>
    </w:p>
    <w:p>
      <w:pPr>
        <w:pStyle w:val="ListBullet"/>
      </w:pPr>
      <w:r>
        <w:t>Ich übergebe die Aufnahmen ausschließlich zum Trainieren der Spracherkennungs-Software der Produkte ORI Kids und ORI Home/Senior der S.P.M. e.U.</w:t>
      </w:r>
    </w:p>
    <w:p>
      <w:pPr>
        <w:pStyle w:val="ListBullet"/>
      </w:pPr>
      <w:r>
        <w:t>Die Aufnahmen werden niemals veröffentlicht, verkauft oder weitergegeben — sie sind reines Trainingsmaterial. Meine Stimme wird nicht aus ORI zu hören sein; die Software lernt aus vielen Stimmen, Wörter zu erkennen.</w:t>
      </w:r>
    </w:p>
    <w:p>
      <w:pPr>
        <w:pStyle w:val="ListBullet"/>
      </w:pPr>
      <w:r>
        <w:t>Für ein vollständiges Paket (Kriterien im Aufnahmeskript) erhalte ich innerhalb von 14 Tagen nach der Vollständigkeitsprüfung 8 € auf das oben angegebene IBAN-Konto. 1 Paket = 1 sprechende Person; max. 4 Pakete pro Haushalt.</w:t>
      </w:r>
    </w:p>
    <w:p>
      <w:pPr>
        <w:pStyle w:val="ListBullet"/>
      </w:pPr>
      <w:r>
        <w:t>Ich übergebe nur die eigene Stimme der sprechenden Person (keine fremden, synthetischen oder doppelten Aufnahmen).</w:t>
      </w:r>
    </w:p>
    <w:p>
      <w:pPr>
        <w:pStyle w:val="ListBullet"/>
      </w:pPr>
      <w:r>
        <w:t>Rechtsgrundlage der Verarbeitung ist die Erfüllung dieser Vereinbarung. Rohaufnahmen werden sicher in der EU gespeichert, während der Entwicklungsperiode (höchstens [X Jahre — ergänzt der Anwalt]), danach gelöscht.</w:t>
      </w:r>
    </w:p>
    <w:p>
      <w:pPr>
        <w:pStyle w:val="ListBullet"/>
      </w:pPr>
      <w:r>
        <w:t>Die fertige Software (das Modell) enthält meine Aufnahmen nicht; meine Stimme kann daraus nicht wiedergewonnen werden — sie ist anonym.</w:t>
      </w:r>
    </w:p>
    <w:p>
      <w:pPr>
        <w:pStyle w:val="ListBullet"/>
      </w:pPr>
      <w:r>
        <w:t>Ein vorzeitiger Rückzug der Aufnahmen ist durch Beendigung der Vereinbarung und Rückzahlung der 8 € möglich; die gespeicherten Aufnahmen werden dann unverzüglich gelöscht. Bereits trainierte Software bleibt unberührt.</w:t>
      </w:r>
    </w:p>
    <w:p>
      <w:pPr>
        <w:pStyle w:val="ListBullet"/>
      </w:pPr>
      <w:r>
        <w:t>Für Kinder schließt der/die Erziehungsberechtigte die Vereinbarung; Kinder machen nur freiwillig mit. Bei eingeschränkter Geschäftsfähigkeit schließt die gesetzliche Vertretung die Vereinbarung; der Wille der Person wird respektiert.</w:t>
      </w:r>
    </w:p>
    <w:p>
      <w:pPr>
        <w:pStyle w:val="ListBullet"/>
      </w:pPr>
      <w:r>
        <w:t>Die Aufnahmen enthalten keine Namen, Adressen oder Gesundheitsdaten.</w:t>
      </w:r>
    </w:p>
    <w:p>
      <w:pPr>
        <w:pStyle w:val="Heading1"/>
      </w:pPr>
      <w:r>
        <w:rPr>
          <w:color w:val="00897B"/>
        </w:rPr>
        <w:t>4. Unterschriften</w:t>
      </w:r>
    </w:p>
    <w:p/>
    <w:p>
      <w:r>
        <w:rPr>
          <w:b/>
        </w:rPr>
        <w:t xml:space="preserve">Ort und Datum: </w:t>
      </w:r>
      <w:r>
        <w:t>________________________________________</w:t>
      </w:r>
    </w:p>
    <w:p/>
    <w:p>
      <w:r>
        <w:rPr>
          <w:b/>
        </w:rPr>
        <w:t xml:space="preserve">Unterschrift der registrierenden Person (für Kinder: Erziehungsberechtigte/r): </w:t>
      </w:r>
      <w:r>
        <w:t>____________________</w:t>
      </w:r>
    </w:p>
    <w:p/>
    <w:p>
      <w:r>
        <w:rPr>
          <w:b/>
        </w:rPr>
        <w:t xml:space="preserve">Unterschrift der sprechenden Person (falls abweichend): </w:t>
      </w:r>
      <w:r>
        <w:t>______________________________</w:t>
      </w:r>
    </w:p>
    <w:p/>
    <w:p>
      <w:r>
        <w:rPr>
          <w:b w:val="0"/>
          <w:sz w:val="18"/>
        </w:rPr>
        <w:t>ORI Buddy · S.P.M. e.U. · nahravky@oribuddy.com · wiki.oribuddy.com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