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897B"/>
        </w:rPr>
        <w:t>ORI Kids — Nahrávací scenár pre rodiny s deťmi</w:t>
      </w:r>
    </w:p>
    <w:p>
      <w:r>
        <w:rPr>
          <w:b/>
          <w:sz w:val="22"/>
        </w:rPr>
        <w:t>Odmena 8 € za kompletný balík · pred nahrávaním vyplňte a podpíšte Registráciu a dohodu.</w:t>
      </w:r>
    </w:p>
    <w:p>
      <w:pPr>
        <w:pStyle w:val="Heading1"/>
      </w:pPr>
      <w:r>
        <w:rPr>
          <w:color w:val="00897B"/>
        </w:rPr>
        <w:t>Ako nahrávať</w:t>
      </w:r>
    </w:p>
    <w:p>
      <w:pPr>
        <w:pStyle w:val="ListBullet"/>
      </w:pPr>
      <w:r>
        <w:t>Telefón 30–50 cm od úst, bežná izba (nie štúdiové ticho).</w:t>
      </w:r>
    </w:p>
    <w:p>
      <w:pPr>
        <w:pStyle w:val="ListBullet"/>
      </w:pPr>
      <w:r>
        <w:t>Jedna fráza = jeden klip 1–2 sekundy, medzi frázami 2 sekundy ticha.</w:t>
      </w:r>
    </w:p>
    <w:p>
      <w:pPr>
        <w:pStyle w:val="ListBullet"/>
      </w:pPr>
      <w:r>
        <w:t>Hovorte prirodzene. Frázy označené NAHLAS povedzte hlasnejšie (bezpečne).</w:t>
      </w:r>
    </w:p>
    <w:p>
      <w:pPr>
        <w:pStyle w:val="ListBullet"/>
      </w:pPr>
      <w:r>
        <w:t>Pri pomýlení povedzte „OPAKOVANIE“ a frázu zopakujte.</w:t>
      </w:r>
    </w:p>
    <w:p>
      <w:pPr>
        <w:pStyle w:val="ListBullet"/>
      </w:pPr>
      <w:r>
        <w:t>Nikdy nenahrávajte meno, adresu, školu ani zdravotné údaje. Na začiatok stačí: „Pohlavie: … Vek: … Jazyk: slovenčina. Región: …“</w:t>
      </w:r>
    </w:p>
    <w:p>
      <w:pPr>
        <w:pStyle w:val="ListBullet"/>
      </w:pPr>
      <w:r>
        <w:t>Nenúťte dieťa do ničoho — všetko je hra. Emócie (skupina 15) sú vždy dobrovoľné a nie sú podmienkou odmeny.</w:t>
      </w:r>
    </w:p>
    <w:p>
      <w:pPr>
        <w:pStyle w:val="ListBullet"/>
      </w:pPr>
      <w:r>
        <w:t>Názvy súborov jednoducho, bez diakritiky: pomoc_dieta_d_06_001.m4a</w:t>
      </w:r>
    </w:p>
    <w:p>
      <w:pPr>
        <w:pStyle w:val="Heading1"/>
      </w:pPr>
      <w:r>
        <w:rPr>
          <w:color w:val="00897B"/>
        </w:rPr>
        <w:t>Kompletný balík = podmienka odmeny 8 €</w:t>
      </w:r>
    </w:p>
    <w:p>
      <w:pPr>
        <w:pStyle w:val="ListBullet"/>
      </w:pPr>
      <w:r>
        <w:t>Skupiny 1–13: každá fráza aspoň raz.</w:t>
      </w:r>
    </w:p>
    <w:p>
      <w:pPr>
        <w:pStyle w:val="ListBullet"/>
      </w:pPr>
      <w:r>
        <w:t>Skupina 14: aspoň 10 ľubovoľných fráz.</w:t>
      </w:r>
    </w:p>
    <w:p>
      <w:pPr>
        <w:pStyle w:val="ListBullet"/>
      </w:pPr>
      <w:r>
        <w:t>Skupina 16: aspoň 2 minúty zvukov domácnosti + aspoň 10 bežných viet.</w:t>
      </w:r>
    </w:p>
    <w:p>
      <w:pPr>
        <w:pStyle w:val="ListBullet"/>
      </w:pPr>
      <w:r>
        <w:t>Všetky klipy = hlas jedného rečníka.</w:t>
      </w:r>
    </w:p>
    <w:p>
      <w:pPr>
        <w:pStyle w:val="Heading1"/>
      </w:pPr>
      <w:r>
        <w:rPr>
          <w:color w:val="00897B"/>
        </w:rPr>
        <w:t>Nahrávací scenár — odškrtávajte si</w:t>
      </w:r>
    </w:p>
    <w:p>
      <w:r>
        <w:t>☐  Skupina 1 — Oslovenie ORI</w:t>
      </w:r>
    </w:p>
    <w:p>
      <w:r>
        <w:rPr>
          <w:b w:val="0"/>
          <w:sz w:val="20"/>
        </w:rPr>
        <w:t>ori · Ori · hej Ori · Ori prosím · kde si Ori · Ori Ori · Ori počuj</w:t>
      </w:r>
    </w:p>
    <w:p>
      <w:r>
        <w:t>☐  Skupina 2 — Pomoc (aj NAHLAS)</w:t>
      </w:r>
    </w:p>
    <w:p>
      <w:r>
        <w:rPr>
          <w:b w:val="0"/>
          <w:sz w:val="20"/>
        </w:rPr>
        <w:t>pomoc · POMOC · potrebujem pomoc · pomôž mi · zachráň ma · zavolaj pomoc · pomoc prosím · POMÓÓÓC</w:t>
      </w:r>
    </w:p>
    <w:p>
      <w:r>
        <w:t>☐  Skupina 3 — Bolesť</w:t>
      </w:r>
    </w:p>
    <w:p>
      <w:r>
        <w:rPr>
          <w:b w:val="0"/>
          <w:sz w:val="20"/>
        </w:rPr>
        <w:t>bolí · bolí ma · bolí ma brucho · bolí ma ruka · bolí ma noha · au · au au · udrel som sa · udrela som sa · bóóólí</w:t>
      </w:r>
    </w:p>
    <w:p>
      <w:r>
        <w:t>☐  Skupina 4 — Strach</w:t>
      </w:r>
    </w:p>
    <w:p>
      <w:r>
        <w:rPr>
          <w:b w:val="0"/>
          <w:sz w:val="20"/>
        </w:rPr>
        <w:t>strach · mám strach · bojím sa · bojím · veľmi sa bojím · STRACH (nahlas)</w:t>
      </w:r>
    </w:p>
    <w:p>
      <w:r>
        <w:t>☐  Skupina 5 — Smútok</w:t>
      </w:r>
    </w:p>
    <w:p>
      <w:r>
        <w:rPr>
          <w:b w:val="0"/>
          <w:sz w:val="20"/>
        </w:rPr>
        <w:t>smutný · smutná · som smutný · som smutná · je mi smutno · chce sa mi plakať</w:t>
      </w:r>
    </w:p>
    <w:p>
      <w:r>
        <w:t>☐  Skupina 6 — Mama</w:t>
      </w:r>
    </w:p>
    <w:p>
      <w:r>
        <w:rPr>
          <w:b w:val="0"/>
          <w:sz w:val="20"/>
        </w:rPr>
        <w:t>mama · mamka · mamička · mami · MAMA · zavolaj mamu · chcem mamu · mama príď</w:t>
      </w:r>
    </w:p>
    <w:p>
      <w:r>
        <w:t>☐  Skupina 7 — Tato</w:t>
      </w:r>
    </w:p>
    <w:p>
      <w:r>
        <w:rPr>
          <w:b w:val="0"/>
          <w:sz w:val="20"/>
        </w:rPr>
        <w:t>tato · ocko · ocino · oco · tatko · zavolaj tata · chcem ocka · tato príď</w:t>
      </w:r>
    </w:p>
    <w:p>
      <w:r>
        <w:t>☐  Skupina 8 — Stop</w:t>
      </w:r>
    </w:p>
    <w:p>
      <w:r>
        <w:rPr>
          <w:b w:val="0"/>
          <w:sz w:val="20"/>
        </w:rPr>
        <w:t>stop · prestaň · ticho · vypni · dosť · koniec · stop Ori</w:t>
      </w:r>
    </w:p>
    <w:p>
      <w:r>
        <w:t>☐  Skupina 9 — Áno / Nie</w:t>
      </w:r>
    </w:p>
    <w:p>
      <w:r>
        <w:rPr>
          <w:b w:val="0"/>
          <w:sz w:val="20"/>
        </w:rPr>
        <w:t>áno · hej · dobre · môže byť · jasné · áno prosím ‖ nie · nechcem · netreba · už nie · nie Ori</w:t>
      </w:r>
    </w:p>
    <w:p>
      <w:r>
        <w:t>☐  Skupina 10 — Hlad a smäd</w:t>
      </w:r>
    </w:p>
    <w:p>
      <w:r>
        <w:rPr>
          <w:b w:val="0"/>
          <w:sz w:val="20"/>
        </w:rPr>
        <w:t>hlad · mám hlad · som hladný · som hladná · chcem jesť · papať ‖ smäd · mám smäd · chcem piť · som smädný · som smädná · voda · chcem vodu</w:t>
      </w:r>
    </w:p>
    <w:p>
      <w:r>
        <w:t>☐  Skupina 11 — Únava</w:t>
      </w:r>
    </w:p>
    <w:p>
      <w:r>
        <w:rPr>
          <w:b w:val="0"/>
          <w:sz w:val="20"/>
        </w:rPr>
        <w:t>unavený · unavená · som unavený · som unavená · chcem spať · ľahnúť si · spinkať</w:t>
      </w:r>
    </w:p>
    <w:p>
      <w:r>
        <w:t>☐  Skupina 12 — WC</w:t>
      </w:r>
    </w:p>
    <w:p>
      <w:r>
        <w:rPr>
          <w:b w:val="0"/>
          <w:sz w:val="20"/>
        </w:rPr>
        <w:t>cikať · kakať · potrebujem WC · potrebujem wecko · záchod · chcem na záchod · treba mi cikať</w:t>
      </w:r>
    </w:p>
    <w:p>
      <w:r>
        <w:t>☐  Skupina 13 — Cudzí človek</w:t>
      </w:r>
    </w:p>
    <w:p>
      <w:r>
        <w:rPr>
          <w:b w:val="0"/>
          <w:sz w:val="20"/>
        </w:rPr>
        <w:t>cudzí · cudzí človek · niekto je tu · nepoznám ho · nepoznám ju · kto si · bojím sa cudzieho</w:t>
      </w:r>
    </w:p>
    <w:p>
      <w:r>
        <w:t>☐  Skupina 14 — Zábava a ovládanie (aspoň 10 fráz)</w:t>
      </w:r>
    </w:p>
    <w:p>
      <w:r>
        <w:rPr>
          <w:b w:val="0"/>
          <w:sz w:val="20"/>
        </w:rPr>
        <w:t>ahoj · čau · hudba · zapni hudbu · príbeh · rozprávka · rozprávaj · hádanka · zahádaj mi · hra · zahrajme sa · vtip · povedz vtip · koľko je hodín · nahlas · tichšie · dobrú noc · súkromie · zavri oči · nepočúvaj · ako sa máš · batéria · ideme domov · kde sme · odkáž mame · povedz mame · hotovo · už som · výborne · bravo</w:t>
      </w:r>
    </w:p>
    <w:p>
      <w:r>
        <w:t>☐  Skupina 15 — Emócie (LEN DOBROVOĽNE, nie je podmienkou)</w:t>
      </w:r>
    </w:p>
    <w:p>
      <w:r>
        <w:rPr>
          <w:b w:val="0"/>
          <w:sz w:val="20"/>
        </w:rPr>
        <w:t>smiech 2–5 s · „hahaha to bolo dobré“ · smutný hlas · nahnevané „nechcem! to nie je fér!“ · prekvapený výkrik · zívanie · radostné „super! wau!“</w:t>
      </w:r>
    </w:p>
    <w:p>
      <w:r>
        <w:t>☐  Skupina 16 — Pozadie a bežné vety</w:t>
      </w:r>
    </w:p>
    <w:p>
      <w:r>
        <w:rPr>
          <w:b w:val="0"/>
          <w:sz w:val="20"/>
        </w:rPr>
        <w:t>2–5 min zvukov: ticho v izbe · kuchyňa · televízor · hudba · ulica · kroky a dvere. Vety: kde si bol · dobrý deň · čo robíš · počkaj chvíľku · boli sme vonku · máme doma hračky · hore na polici · pomocník prišiel · hádam sa s bratom</w:t>
      </w:r>
    </w:p>
    <w:p>
      <w:pPr>
        <w:pStyle w:val="Heading1"/>
      </w:pPr>
      <w:r>
        <w:rPr>
          <w:color w:val="00897B"/>
        </w:rPr>
        <w:t>Odovzdanie</w:t>
      </w:r>
    </w:p>
    <w:p>
      <w:pPr>
        <w:pStyle w:val="ListBullet"/>
      </w:pPr>
      <w:r>
        <w:t>E-mailom na nahravky@oribuddy.com (predmet: „Hlasový program — deti“ + meno z registrácie),</w:t>
      </w:r>
    </w:p>
    <w:p>
      <w:pPr>
        <w:pStyle w:val="ListBullet"/>
      </w:pPr>
      <w:r>
        <w:t>alebo cez wetransfer.com — ako príjemcu zadajte nahravky@oribuddy.com a do správy meno z registrácie.</w:t>
      </w:r>
    </w:p>
    <w:p>
      <w:pPr>
        <w:pStyle w:val="ListBullet"/>
      </w:pPr>
      <w:r>
        <w:t>Do 14 dní skontrolujeme úplnosť. Ak niečo chýba, ozveme sa a môžete doplniť. Potom pošleme 8 € na účet z registrácie.</w:t>
      </w:r>
    </w:p>
    <w:p/>
    <w:p>
      <w:r>
        <w:rPr>
          <w:b w:val="0"/>
          <w:sz w:val="18"/>
        </w:rPr>
        <w:t>ORI Buddy · S.P.M. e.U. · nahravky@oribuddy.com · wiki.oribuddy.com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