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897B"/>
        </w:rPr>
        <w:t>ORI Home — Nahrávací scenár pre seniorov a ich rodiny</w:t>
      </w:r>
    </w:p>
    <w:p>
      <w:r>
        <w:rPr>
          <w:b/>
          <w:sz w:val="22"/>
        </w:rPr>
        <w:t>Odmena 8 € za kompletný balík · pred nahrávaním vyplňte a podpíšte Registráciu a dohodu.</w:t>
      </w:r>
    </w:p>
    <w:p>
      <w:pPr>
        <w:pStyle w:val="Heading1"/>
      </w:pPr>
      <w:r>
        <w:rPr>
          <w:color w:val="00897B"/>
        </w:rPr>
        <w:t>Ako nahrávať</w:t>
      </w:r>
    </w:p>
    <w:p>
      <w:pPr>
        <w:pStyle w:val="ListBullet"/>
      </w:pPr>
      <w:r>
        <w:t>Hovorte prirodzeným tempom a hlasitosťou — presne ako doma. Netreba „hovoriť zreteľne“.</w:t>
      </w:r>
    </w:p>
    <w:p>
      <w:pPr>
        <w:pStyle w:val="ListBullet"/>
      </w:pPr>
      <w:r>
        <w:t>Klipy 1–3 sekundy, medzi frázami 2 sekundy ticha.</w:t>
      </w:r>
    </w:p>
    <w:p>
      <w:pPr>
        <w:pStyle w:val="ListBullet"/>
      </w:pPr>
      <w:r>
        <w:t>Každú skupinu nahrajte ideálne v troch situáciách: (A) telefón blízko (0,5 m), (B) telefón cez izbu (2–4 m, na polici), (C) cez izbu so zapnutým televízorom. Stačia aj dve situácie.</w:t>
      </w:r>
    </w:p>
    <w:p>
      <w:pPr>
        <w:pStyle w:val="ListBullet"/>
      </w:pPr>
      <w:r>
        <w:t>Nikdy nenahrávajte meno, adresu ani zdravotné údaje. Na začiatok stačí: „Pohlavie: … Vek: … Jazyk: slovenčina. Región: …“</w:t>
      </w:r>
    </w:p>
    <w:p>
      <w:pPr>
        <w:pStyle w:val="ListBullet"/>
      </w:pPr>
      <w:r>
        <w:t>Názvy súborov: pomoc_senior_z_78_A_001.m4a (A/B/C = situácia).</w:t>
      </w:r>
    </w:p>
    <w:p>
      <w:pPr>
        <w:pStyle w:val="ListBullet"/>
      </w:pPr>
      <w:r>
        <w:t>Pokojne aj poležiačky, od stola, unaveným hlasom — tak sa reálne hovorí.</w:t>
      </w:r>
    </w:p>
    <w:p>
      <w:pPr>
        <w:pStyle w:val="Heading1"/>
      </w:pPr>
      <w:r>
        <w:rPr>
          <w:color w:val="00897B"/>
        </w:rPr>
        <w:t>Kompletný balík = podmienka odmeny 8 €</w:t>
      </w:r>
    </w:p>
    <w:p>
      <w:pPr>
        <w:pStyle w:val="ListBullet"/>
      </w:pPr>
      <w:r>
        <w:t>Skupiny 1–7: každá fráza aspoň raz, v aspoň 2 z 3 situácií (A/B/C).</w:t>
      </w:r>
    </w:p>
    <w:p>
      <w:pPr>
        <w:pStyle w:val="ListBullet"/>
      </w:pPr>
      <w:r>
        <w:t>Skupina 8: aspoň 15 ľubovoľných fráz.</w:t>
      </w:r>
    </w:p>
    <w:p>
      <w:pPr>
        <w:pStyle w:val="ListBullet"/>
      </w:pPr>
      <w:r>
        <w:t>Skupina 9: aspoň 3 minúty bežnej reči + aspoň 5 minút zvukov domácnosti.</w:t>
      </w:r>
    </w:p>
    <w:p>
      <w:pPr>
        <w:pStyle w:val="ListBullet"/>
      </w:pPr>
      <w:r>
        <w:t>Všetky klipy = hlas jedného rečníka. Registráciu a odoslanie môže vybaviť rodina.</w:t>
      </w:r>
    </w:p>
    <w:p>
      <w:pPr>
        <w:pStyle w:val="Heading1"/>
      </w:pPr>
      <w:r>
        <w:rPr>
          <w:color w:val="00897B"/>
        </w:rPr>
        <w:t>Nahrávací scenár — odškrtávajte si</w:t>
      </w:r>
    </w:p>
    <w:p>
      <w:r>
        <w:t>☐  Skupina 1 — Oslovenie</w:t>
      </w:r>
    </w:p>
    <w:p>
      <w:r>
        <w:rPr>
          <w:b w:val="0"/>
          <w:sz w:val="20"/>
        </w:rPr>
        <w:t>Ori · hej Ori · Ori prosím · Ori, počuješ?</w:t>
      </w:r>
    </w:p>
    <w:p>
      <w:r>
        <w:t>☐  Skupina 2 — Pomoc (aj TICHO — po páde človek nekričí; aj nahlas)</w:t>
      </w:r>
    </w:p>
    <w:p>
      <w:r>
        <w:rPr>
          <w:b w:val="0"/>
          <w:sz w:val="20"/>
        </w:rPr>
        <w:t>pomoc · POMOC · pomôžte mi · potrebujem pomoc · pomoc prosím</w:t>
      </w:r>
    </w:p>
    <w:p>
      <w:r>
        <w:t>☐  Skupina 3 — Pád</w:t>
      </w:r>
    </w:p>
    <w:p>
      <w:r>
        <w:rPr>
          <w:b w:val="0"/>
          <w:sz w:val="20"/>
        </w:rPr>
        <w:t>spadol som · spadla som · ležím na zemi · neviem vstať · nemôžem vstať</w:t>
      </w:r>
    </w:p>
    <w:p>
      <w:r>
        <w:t>☐  Skupina 4 — Nevoľnosť</w:t>
      </w:r>
    </w:p>
    <w:p>
      <w:r>
        <w:rPr>
          <w:b w:val="0"/>
          <w:sz w:val="20"/>
        </w:rPr>
        <w:t>je mi zle · nie je mi dobre · točí sa mi hlava · cítim sa slabo · je mi nevoľno</w:t>
      </w:r>
    </w:p>
    <w:p>
      <w:r>
        <w:t>☐  Skupina 5 — Áno / Nie</w:t>
      </w:r>
    </w:p>
    <w:p>
      <w:r>
        <w:rPr>
          <w:b w:val="0"/>
          <w:sz w:val="20"/>
        </w:rPr>
        <w:t>áno · hej · dobre · v poriadku · môže byť · iste ‖ nie · netreba · nechcem · ďakujem, nie · radšej nie</w:t>
      </w:r>
    </w:p>
    <w:p>
      <w:r>
        <w:t>☐  Skupina 6 — Stop</w:t>
      </w:r>
    </w:p>
    <w:p>
      <w:r>
        <w:rPr>
          <w:b w:val="0"/>
          <w:sz w:val="20"/>
        </w:rPr>
        <w:t>stop · prestaň · dosť · vypni · ticho · koniec</w:t>
      </w:r>
    </w:p>
    <w:p>
      <w:r>
        <w:t>☐  Skupina 7 — Planý poplach (najdôležitejšia — veľa variantov!)</w:t>
      </w:r>
    </w:p>
    <w:p>
      <w:r>
        <w:rPr>
          <w:b w:val="0"/>
          <w:sz w:val="20"/>
        </w:rPr>
        <w:t>planý poplach · nič sa nedeje · všetko v poriadku · nič mi nie je · nehláste nič · zrušiť · som v poriadku</w:t>
      </w:r>
    </w:p>
    <w:p>
      <w:r>
        <w:t>☐  Skupina 8 — Ovládanie a bežný deň (aspoň 15 fráz)</w:t>
      </w:r>
    </w:p>
    <w:p>
      <w:r>
        <w:rPr>
          <w:b w:val="0"/>
          <w:sz w:val="20"/>
        </w:rPr>
        <w:t>odkáž dcére · odkáž synovi · pošli správu rodine · rádio · hudba · zapni rádio · vypni rádio · koľko je hodín · aký je čas · počasie · aké je počasie · bude pršať · hlasnejšie · nepočujem · tichšie · veľmi nahlas · pripomienky · čo ma dnes čaká · aký mám program · hotovo · už som · spravené · súkromie · nepočúvaj · vypni mikrofón · dobrý deň · dobré ráno · dobrú noc · ďakujem · ďakujem pekne</w:t>
      </w:r>
    </w:p>
    <w:p>
      <w:r>
        <w:t>☐  Skupina 9 — Bežná reč a zvuky (na tie asistent NEMÁ reagovať)</w:t>
      </w:r>
    </w:p>
    <w:p>
      <w:r>
        <w:rPr>
          <w:b w:val="0"/>
          <w:sz w:val="20"/>
        </w:rPr>
        <w:t>3+ min bežného rozhovoru/telefonátu (bez osobných údajov) · „pomocníčka príde zajtra“ · „vtedy som skoro spadla“ · 5+ min zvukov: televízor · rádio · kuchyňa · vysávač · zvonenie telefónu · tikot hodín</w:t>
      </w:r>
    </w:p>
    <w:p>
      <w:pPr>
        <w:pStyle w:val="Heading1"/>
      </w:pPr>
      <w:r>
        <w:rPr>
          <w:color w:val="00897B"/>
        </w:rPr>
        <w:t>Odovzdanie</w:t>
      </w:r>
    </w:p>
    <w:p>
      <w:pPr>
        <w:pStyle w:val="ListBullet"/>
      </w:pPr>
      <w:r>
        <w:t>E-mailom na nahravky@oribuddy.com (predmet: „Hlasový program — seniori“ + meno z registrácie),</w:t>
      </w:r>
    </w:p>
    <w:p>
      <w:pPr>
        <w:pStyle w:val="ListBullet"/>
      </w:pPr>
      <w:r>
        <w:t>alebo cez wetransfer.com — príjemca nahravky@oribuddy.com, do správy meno z registrácie.</w:t>
      </w:r>
    </w:p>
    <w:p>
      <w:pPr>
        <w:pStyle w:val="ListBullet"/>
      </w:pPr>
      <w:r>
        <w:t>Do 14 dní skontrolujeme úplnosť; potom pošleme 8 € na účet z registrácie.</w:t>
      </w:r>
    </w:p>
    <w:p/>
    <w:p>
      <w:r>
        <w:rPr>
          <w:b w:val="0"/>
          <w:sz w:val="18"/>
        </w:rPr>
        <w:t>ORI Buddy · S.P.M. e.U. · nahravky@oribuddy.com · wiki.oribuddy.com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